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 · קל · נשארו: ש־ת־ה · שורש: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 · פיעל · נשארו: כ־ב־ה · שורש: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קָנָה · קל · נשארו: ק־נ־ה · שורש: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צִפָּה · פיעל · נשארו: צ־פ־ה · שורש: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פִּנָּה · פיעל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ל״ה/י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מאמן הבלש.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ש־ק־ה.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ק־נ־ה.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ב־נ־ה.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„יִקְנוּ”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מאמן הבלש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