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ל״ה/י · מאמן הבלש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חמשת צעדי שיטת הבלש עד למציאת השורש.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🕵️ מאמן הבלש (ל״ה/י).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תזכורת: גָּבַהּ, תָּמַהּ (ה׳ במפיק) – שורשים שלמים.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מעבירים ל„הוא אתמול”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מזהים את הבניין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משמיטים את האותיות המוספיות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סופרים כמה אותיות נשארו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מחליטים איזו אות חסרה או נחה – ואיפה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כותבים את השורש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פִּנָּה · פיעל · נשארו: פ־נ־ה · שורש: פ־נ־י/ה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בָּנָה · קל · נשארו: ב־נ־ה · שורש: ב־נ־י/ה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קָנָה · קל · נשארו: ק־נ־ה · שורש: ק־נ־י/ה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רָאָה · קל · נשארו: ר־א־ה · שורש: ר־א־י/ה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י/ה בסוף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י/ה בסוף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🕵️ ל״ה/י · מאמן הבלש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מאמן הבלש.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ב־נ־י/ה  |  כ־ב־י/ה  |  ע־ל־י/ה  |  פ־נ־י/ה  |  צ־פ־י/ה  |  ק־נ־י/ה  |  ר־א־י/ה  |  ש־ק־י/ה  |  ש־ת־י/ה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סדר הצעדים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מספרו את צעדי הבלש לפי הסדר (1–6).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כותבים את השורש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סופרים כמה אותיות נשארו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מעבירים ל„הוא אתמול”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מחליטים איזו אות חסרה או נחה – ואיפה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משמיטים את האותיות המוספיות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מזהים את הבניין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טבלת הבלש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מלאו את הטבלה לפי חמשת הצעדים. בעמודה „נשארו” כתבו את האותיות שנשארו אחרי השמטת המוספיות.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הפועל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הוא אתמול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בניין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נשארו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שורש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פִּנּוּ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פִּנָּה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לִבְנוֹת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בָּנָה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יִקְנוּ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קָנָה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רָאִינוּ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רָאָה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צעד ההחלטה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נשארו פ־נ־ה. מה עושים?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י/ה בסוף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 בהתחלה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נשארו כ־ב־ה. מה עושים?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 בהתחלה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י/ה בסוף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דוח בלש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פועל אחד מהטבלה וכתבו „דוח חקירה”: מה עשיתם בכל צעד ואיך הגעתם לשורש.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צעד 1–5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מה הרמז החשוב ביותר?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„הִפְנָה”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ל״ה/י · מאמן הבלש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