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מיון לפי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🗂️ מיון לפי גזרה (ע״ו/י).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הוּזְזוּ, מְעִירָה, הֵעִיר, הֵזִיזוּ, נָמוֹג, מִתְרוֹמְמוֹת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הִתְרַצָּה, נוֹסַד, הוֹבִיל, הֻגַּשׁ, נוֹלַד, שָׁתָה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ע״ו/י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מיון לפי גזרה – גזרת ע״ו/י – האות האמצעית נחה.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מיון: ע״ו/י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הִתְרַצָּה  |  הֵזִיזוּ  |  נָמוֹג  |  מְעִירָה  |  נוֹלַד  |  הֵעִיר  |  הֻגַּשׁ  |  מִתְרוֹמְמוֹת  |  הוֹבִיל  |  נוֹסַד  |  שָׁתָה  |  הוּזְזוּ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🟠 ע״ו/י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ע״ו/י האות האמצעית בשורש היא ו׳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פועל בעבר עם 2 אותיות בלבד שייך לבניין קל.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השורש של רָץ הוא ר־י/ו־ץ.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עוֹרֵר שייך למשקל פּוֹלֵל – האות האחרונה כפולה.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לאיזו גזרה שייך „הֵעִיר”?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לאיזו גזרה שייך „קָם”?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לאיזו גזרה שייך „נִזּוֹן”?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לאיזו גזרה שייך „הוּקַם”?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פ״י/ו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שני פעלים שמיינתם לעמודות שונות. הסבירו לפי איזה סימן החלטתם.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„נָמוֹג”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מיון לפי גזרה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