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מיון לפי גזרה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למיין פעלים לפי גזרה ולנמק את המיון.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🗂️ מיון לפי גזרה (ע״ו/י).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🟠 ע״ו/י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טָסָה, הֵזִיזוּ, הֵרִים, יָקוּם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יָרַד, הוֹדִיעוּ, הִפִּילָה, צִפּוּ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בצירה: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🗂️ ע״ו/י · מיון לפי גזרה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מיון לפי גזרה.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מיון: ע״ו/י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הִפִּילָה  |  הוֹדִיעוּ  |  טָסָה  |  הֵזִיזוּ  |  יָרַד  |  צִפּוּ  |  יָקוּם  |  הֵרִים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🟠 ע״ו/י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נכון או לא נכון? סמנו.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בגזרת ע״ו/י האות האמצעית בשורש היא ו׳ או י׳.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פועל בעבר עם 2 אותיות בלבד שייך לבניין קל.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 של ע״ו/י הה׳ מנוקדת בחיריק: „הִקִים”.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השורש של רָץ הוא ר־י/ו־ץ.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הסימן?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לאיזו גזרה שייך „לָשִׁיר”?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ל״ה/י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לאיזו גזרה שייך „טָסָה”?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לאיזו גזרה שייך „רָץ”?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פ״נ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הסבר המיון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שני פעלים שמיינתם לעמודות שונות.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במילים: דגש, אות נחה, „הוא אתמול”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„מְעִירָה”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מיון לפי גזרה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